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في شعر الأخضر بركة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شرافة رقية/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800222211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