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تقنية القناع في ديوان للجحيم إله آخر لحسناء بروش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بوالدبان رحمة/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800222411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