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عفيف الدين التلمساني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عميمور نجلاء/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