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الميتاقص في المقامة المجاعية للهمذاني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بوالغالغ نبيهة/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