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القرآن الكريم : سورة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مسيعود سيموشة/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