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التناص في المعلقات التسع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بوسعيد حليمة/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