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الفروق المنهجية بين نحو سيبويه ونحو ابن مالك دراسة موازنة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بوخميلة حياة/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800225611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