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المكانية في المجموعة القصصية "روح الأبالسة" عيسى بن محمود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