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الوصف في "دمعة و ابتسامة" لجبران خليل جبران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كشاشة ياسمينة/ سليوة حميدة(مشرفا)/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800185711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