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نواصب وجوازم الفعل المضارع في سورتي يونس وهود "دراسة دلالية"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لحيلح سامية/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