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الأسرة ودورها في اكتساب اللغة عند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فايزة صفصافة/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