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الصوتي لقصار السور في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بوبكري سليمان/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800226911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