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فهرس كتب الإعلان + مكتبات +الدين +علم الاجتماع +علم النفس+الفلسفة+التفاعل الاجتماعي+الثقافة والمؤسسات+التربية والتعليم بتقنية QR CODE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Autres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المركز الجامعي عبد الحفيظ بوالصوف/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المركز الجامعي عبد الحفيظ بوالصوف/ </w:t>
            </w:r>
          </w:p>
        </w:tc>
      </w:tr>
    </w:tbl>
    <w:p>
      <w:pPr>
        <w:pStyle w:val="Heading3"/>
      </w:pPr>
      <w:r>
        <w:t>Résumé :</w:t>
      </w:r>
    </w:p>
    <w:p/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