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آثار الشراكة الأورو - متوسطية على الاقتصاديات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يوسف مسعداوي/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???? ?.120? ??? ??????? 80/060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