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?.127? ??? ??????? 81/060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