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الأورو -متوسطية فرص وتحد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177? ??? ??????? 82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