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الحالية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بوعروج/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?.355? ??? ??????? 90/060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