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البيئية وإشكالية جمع النفايات المنزلية الصلبة بالمدن الجزائرية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فؤاد بن غضبان/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?.21? ??? ??????? 93/060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