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تداعيات الأزمة المالية العالمية على الاقتصاد الأردني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Article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يوسف دودين/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/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??? ?.7? ??? ??????? 102/060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