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teacher's book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75368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