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Effective Academic Writing 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Alice savage/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168p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9780194309233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