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ctive Academic Writ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ce sava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30924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