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الجباية البترولية في تمويل برامج الاستثمارات العمومية للفترة الممتدة ما بين 2010-2014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Article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أحمد طرطار/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???? ?.597? ??? ??????? 2/126/060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