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عملية لحل مشكلة الفقر في 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رضوان محمد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???? ?.23? ??? ??????? 133/060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