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lynn Bonesteel/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9780521555760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