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ليب الكمية لقياس قيمة الشر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إبراهيم عبد ال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???? ?.95? ??? ??????? 136/0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