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تحرير قطاع التأمين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عواطف مطرف/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47-65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