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التجارة الالكترونية والتسويق الالكتروني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نوري منير/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9789961017838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