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الاستراتيجي القومي : منهج المستقبل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حسين أبوصالح/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الجنان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9789957594145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