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au-delà des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9789961009949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