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 sur R ensemble des nombres réels structures algébrique et topologique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9789961019306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