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ادارة الوقت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سلامة/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9789957600907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