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دروس في المنهجية الاقتصادية ومدخل الى العلوم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هني/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9789961006085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