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المهارات الاشرافية الفندقية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مصطفى يوسف كافي/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الإبتكار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290ص.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9789957562885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