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الوجه الآخر للبلاغة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111-122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