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مساهمة قطاع النقل المستدام في تحقيق التنمية المستدامة عرض تجربتي الإمارات العربية المتحدة والجزائر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بودرع خلود/ كافي فريدة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330118511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