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الوضع الاجتماعي في الجزائر خلال العهد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437-460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