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تجارب عربية في تفصيح العامية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31-80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