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عمر بن أبي حفص الزموري لغويا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175-192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ع.14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