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العلامة محمد بن أبي شنب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25-50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