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الحق الضائع " لطرفة ابن العبد د راسة إيقاعية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