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يراها حبة وأراها قبة -1-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7-10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