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تآفل اللغات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 الدين ميهوبي/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11-20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ع.30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