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الثأر من الحرمان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7-12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