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يراها حبة وأراها قبة -2-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7-12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ع.32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