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عوربة وأوربة... واكتشاف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13-18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