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"نساء كازانوفا" لوسيني الاعرج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غطاهم يسرى/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