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الوجودية في سيرة "الضوء الازرق"لحسين جميل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مخاليف أحلام/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800229911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