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الرواية الجزائرية  -رواية مرايا متشظية -لعبد المالك مرتاض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لكنوش مريم/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