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الحجر الصغير لإيليا ابو ماضي-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زنداوي خالد/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